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F691A" w14:textId="77777777" w:rsidR="00325C23" w:rsidRDefault="001A402E" w:rsidP="00B30C00">
      <w:pPr>
        <w:spacing w:after="40"/>
        <w:ind w:left="1134"/>
      </w:pPr>
      <w:r>
        <w:rPr>
          <w:b/>
        </w:rPr>
        <w:t xml:space="preserve">EIXO TEMÁTICO: </w:t>
      </w:r>
      <w:r>
        <w:t>[Inserir Eixo 1, 2, 3, 4, 5 ou 6 – conforme o Edital]</w:t>
      </w:r>
    </w:p>
    <w:p w14:paraId="0A50131E" w14:textId="5ECBA339" w:rsidR="00325C23" w:rsidRDefault="001A402E" w:rsidP="00B30C00">
      <w:pPr>
        <w:spacing w:after="320"/>
        <w:ind w:left="1134"/>
      </w:pPr>
      <w:r>
        <w:rPr>
          <w:b/>
        </w:rPr>
        <w:t xml:space="preserve">MODALIDADE DE APRESENTAÇÃO: </w:t>
      </w:r>
      <w:r>
        <w:t xml:space="preserve">[Comunicação Oral Presencial </w:t>
      </w:r>
      <w:r w:rsidR="00F60A54">
        <w:t>ou</w:t>
      </w:r>
      <w:r>
        <w:t xml:space="preserve"> Comunicação Oral Online]</w:t>
      </w:r>
    </w:p>
    <w:p w14:paraId="3CFA255D" w14:textId="77777777" w:rsidR="00325C23" w:rsidRDefault="001A402E" w:rsidP="00B30C00">
      <w:pPr>
        <w:spacing w:after="40" w:line="240" w:lineRule="auto"/>
        <w:ind w:left="1134"/>
        <w:jc w:val="center"/>
      </w:pPr>
      <w:r>
        <w:rPr>
          <w:b/>
        </w:rPr>
        <w:t>TÍTULO DO TRABALHO EM LETRAS MAIÚSCULAS, NEGRITO E CENTRALIZADO</w:t>
      </w:r>
    </w:p>
    <w:p w14:paraId="637834DA" w14:textId="77777777" w:rsidR="00325C23" w:rsidRDefault="001A402E" w:rsidP="00B30C00">
      <w:pPr>
        <w:spacing w:after="40" w:line="240" w:lineRule="auto"/>
        <w:ind w:left="1134"/>
        <w:jc w:val="center"/>
      </w:pPr>
      <w:r>
        <w:rPr>
          <w:sz w:val="22"/>
        </w:rPr>
        <w:t xml:space="preserve">[Máximo de duas linhas; nomes </w:t>
      </w:r>
      <w:r>
        <w:rPr>
          <w:sz w:val="22"/>
        </w:rPr>
        <w:t>científicos conforme nomenclatura específica]</w:t>
      </w:r>
    </w:p>
    <w:p w14:paraId="159087C2" w14:textId="77777777" w:rsidR="00325C23" w:rsidRDefault="001A402E" w:rsidP="00B30C00">
      <w:pPr>
        <w:spacing w:after="40"/>
        <w:ind w:left="1134"/>
        <w:jc w:val="center"/>
      </w:pPr>
      <w:r>
        <w:rPr>
          <w:u w:val="single"/>
        </w:rPr>
        <w:t>Nome Completo do Autor Apresentador¹</w:t>
      </w:r>
      <w:r>
        <w:t>, Nome Completo do Coautor², Nome Completo do Coautor³</w:t>
      </w:r>
    </w:p>
    <w:p w14:paraId="64B4DAEA" w14:textId="77777777" w:rsidR="00325C23" w:rsidRDefault="001A402E" w:rsidP="00B30C00">
      <w:pPr>
        <w:spacing w:after="280" w:line="240" w:lineRule="auto"/>
        <w:ind w:left="1134"/>
        <w:jc w:val="center"/>
      </w:pPr>
      <w:r>
        <w:rPr>
          <w:sz w:val="21"/>
        </w:rPr>
        <w:t>¹Instituição, Cidade, Estado, País; ²Instituição, Cidade, Estado, País; ³Instituição, Cidade, Estado, País</w:t>
      </w:r>
    </w:p>
    <w:p w14:paraId="604D51D0" w14:textId="77777777" w:rsidR="00F60A54" w:rsidRDefault="00F60A54" w:rsidP="00B30C00">
      <w:pPr>
        <w:spacing w:after="240" w:line="360" w:lineRule="auto"/>
        <w:ind w:left="1134"/>
        <w:jc w:val="both"/>
        <w:rPr>
          <w:b/>
        </w:rPr>
      </w:pPr>
    </w:p>
    <w:p w14:paraId="093F411E" w14:textId="1DD3C585" w:rsidR="00325C23" w:rsidRDefault="001A402E" w:rsidP="00B30C00">
      <w:pPr>
        <w:spacing w:after="240" w:line="360" w:lineRule="auto"/>
        <w:ind w:left="1134"/>
        <w:jc w:val="both"/>
      </w:pPr>
      <w:r>
        <w:rPr>
          <w:b/>
        </w:rPr>
        <w:t xml:space="preserve">RESUMO: </w:t>
      </w:r>
      <w:r>
        <w:t>[</w:t>
      </w:r>
      <w:proofErr w:type="spellStart"/>
      <w:r>
        <w:t>Ins</w:t>
      </w:r>
      <w:r>
        <w:t>erir</w:t>
      </w:r>
      <w:proofErr w:type="spellEnd"/>
      <w:r>
        <w:t xml:space="preserve"> </w:t>
      </w:r>
      <w:proofErr w:type="spellStart"/>
      <w:r>
        <w:t>aqui</w:t>
      </w:r>
      <w:proofErr w:type="spellEnd"/>
      <w:r>
        <w:t xml:space="preserve"> o resumo em texto contínuo, sem parágrafos, colunas ou tópicos, contendo entre 200 e 250 palavras. Para pesquisa original, contemplar Introdução, Objetivo, Metodologia, Resultados e Discussão e Conclusão. Para revisão de literatura, relato de exp</w:t>
      </w:r>
      <w:r>
        <w:t>eriência, extensão, inovação, prática educativa, relato de caso ou série de casos, a estrutura poderá ser adaptada ao desenho do trabalho, devendo contemplar contextualização, objetivo, método/descrição, resultados/síntese e conclusão/considerações finais.</w:t>
      </w:r>
      <w:r>
        <w:t>]</w:t>
      </w:r>
    </w:p>
    <w:p w14:paraId="5AB1C3E9" w14:textId="114871E1" w:rsidR="00325C23" w:rsidRDefault="001A402E" w:rsidP="00B30C00">
      <w:pPr>
        <w:ind w:left="1134"/>
      </w:pPr>
      <w:proofErr w:type="spellStart"/>
      <w:r>
        <w:rPr>
          <w:b/>
        </w:rPr>
        <w:t>Palavras-chave</w:t>
      </w:r>
      <w:proofErr w:type="spellEnd"/>
      <w:r>
        <w:rPr>
          <w:b/>
        </w:rPr>
        <w:t xml:space="preserve">: </w:t>
      </w:r>
      <w:r>
        <w:t>[</w:t>
      </w:r>
      <w:proofErr w:type="spellStart"/>
      <w:r>
        <w:t>Descritor</w:t>
      </w:r>
      <w:proofErr w:type="spellEnd"/>
      <w:r>
        <w:t xml:space="preserve"> 1]; [</w:t>
      </w:r>
      <w:proofErr w:type="spellStart"/>
      <w:r>
        <w:t>Descritor</w:t>
      </w:r>
      <w:proofErr w:type="spellEnd"/>
      <w:r>
        <w:t xml:space="preserve"> 2]; [Descritor 3]. [Inserir de 3 a 6 palavras-chave, preferencialmente DeCS, separadas por ponto e vírgula.]</w:t>
      </w:r>
    </w:p>
    <w:p w14:paraId="70B59B55" w14:textId="3E188583" w:rsidR="00325C23" w:rsidRDefault="001A402E" w:rsidP="00B30C00">
      <w:pPr>
        <w:ind w:left="1134"/>
      </w:pPr>
      <w:proofErr w:type="spellStart"/>
      <w:r>
        <w:rPr>
          <w:b/>
        </w:rPr>
        <w:t>Aprovação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: </w:t>
      </w:r>
      <w:r>
        <w:t>[</w:t>
      </w:r>
      <w:proofErr w:type="spellStart"/>
      <w:r>
        <w:t>Informar</w:t>
      </w:r>
      <w:proofErr w:type="spellEnd"/>
      <w:r>
        <w:t xml:space="preserve"> nº do parecer CEP/CEUA, quando aplicável; caso contrário, escrever “Não se a</w:t>
      </w:r>
      <w:r>
        <w:t>plica”.]</w:t>
      </w:r>
    </w:p>
    <w:p w14:paraId="0214F5FB" w14:textId="77777777" w:rsidR="00325C23" w:rsidRDefault="001A402E" w:rsidP="00B30C00">
      <w:pPr>
        <w:ind w:left="1134"/>
      </w:pPr>
      <w:r>
        <w:rPr>
          <w:b/>
        </w:rPr>
        <w:t xml:space="preserve">Financiamento: </w:t>
      </w:r>
      <w:r>
        <w:t>[Informar instituição financiadora; na ausência de financiamento específico, escrever “Não se aplica” ou “Financiamento próprio”, conforme o caso.]</w:t>
      </w:r>
    </w:p>
    <w:p w14:paraId="792D5973" w14:textId="77777777" w:rsidR="00325C23" w:rsidRDefault="001A402E" w:rsidP="00B30C00">
      <w:pPr>
        <w:spacing w:after="40" w:line="240" w:lineRule="auto"/>
        <w:ind w:left="1134"/>
      </w:pPr>
      <w:r>
        <w:rPr>
          <w:b/>
        </w:rPr>
        <w:t>REFERÊNCIAS</w:t>
      </w:r>
    </w:p>
    <w:p w14:paraId="5BCD849E" w14:textId="77777777" w:rsidR="00325C23" w:rsidRDefault="001A402E" w:rsidP="00B30C00">
      <w:pPr>
        <w:spacing w:after="0" w:line="240" w:lineRule="auto"/>
        <w:ind w:left="1134"/>
      </w:pPr>
      <w:r>
        <w:rPr>
          <w:sz w:val="22"/>
        </w:rPr>
        <w:t>[Inserir, quando utilizadas, no máximo 5 referências, conforme as normas</w:t>
      </w:r>
      <w:r>
        <w:rPr>
          <w:sz w:val="22"/>
        </w:rPr>
        <w:t xml:space="preserve"> Vancouver. As referências não integram a contagem de 200–250 palavras do resumo.]</w:t>
      </w:r>
    </w:p>
    <w:p w14:paraId="76658B45" w14:textId="77777777" w:rsidR="00325C23" w:rsidRDefault="001A402E">
      <w:r>
        <w:br w:type="page"/>
      </w:r>
    </w:p>
    <w:p w14:paraId="309CC928" w14:textId="51B89C7B" w:rsidR="00325C23" w:rsidRDefault="001A402E" w:rsidP="00B30C00">
      <w:pPr>
        <w:spacing w:after="160" w:line="240" w:lineRule="auto"/>
        <w:ind w:left="1134"/>
      </w:pPr>
      <w:r>
        <w:rPr>
          <w:b/>
        </w:rPr>
        <w:lastRenderedPageBreak/>
        <w:t xml:space="preserve">ORIENTAÇÕES DE FORMATAÇÃO – </w:t>
      </w:r>
      <w:r w:rsidRPr="00B30C00">
        <w:rPr>
          <w:b/>
          <w:highlight w:val="yellow"/>
        </w:rPr>
        <w:t xml:space="preserve">REMOVER </w:t>
      </w:r>
      <w:r w:rsidR="00B30C00" w:rsidRPr="00B30C00">
        <w:rPr>
          <w:b/>
          <w:highlight w:val="yellow"/>
        </w:rPr>
        <w:t xml:space="preserve">INSTRUÇÕES </w:t>
      </w:r>
      <w:r w:rsidRPr="00B30C00">
        <w:rPr>
          <w:b/>
          <w:highlight w:val="yellow"/>
        </w:rPr>
        <w:t>ANTES DA SUBMISSÃO</w:t>
      </w:r>
    </w:p>
    <w:p w14:paraId="09DDDD60" w14:textId="77777777" w:rsidR="00325C23" w:rsidRDefault="001A402E" w:rsidP="00B30C00">
      <w:pPr>
        <w:spacing w:after="60"/>
        <w:ind w:left="1134" w:hanging="57"/>
      </w:pPr>
      <w:r>
        <w:t>• Arquivo: Word (.doc ou .docx), obrigatoriamente neste template.</w:t>
      </w:r>
    </w:p>
    <w:p w14:paraId="1F825730" w14:textId="77777777" w:rsidR="00325C23" w:rsidRDefault="001A402E" w:rsidP="00B30C00">
      <w:pPr>
        <w:spacing w:after="60"/>
        <w:ind w:left="1134" w:hanging="57"/>
      </w:pPr>
      <w:r>
        <w:t>• Papel A4; margens de 2 cm.</w:t>
      </w:r>
    </w:p>
    <w:p w14:paraId="66577F76" w14:textId="77777777" w:rsidR="00325C23" w:rsidRDefault="001A402E" w:rsidP="00B30C00">
      <w:pPr>
        <w:spacing w:after="60"/>
        <w:ind w:left="1134" w:hanging="57"/>
      </w:pPr>
      <w:r>
        <w:t>• Fonte T</w:t>
      </w:r>
      <w:r>
        <w:t>imes New Roman, tamanho 12; espaçamento entrelinhas 1,5.</w:t>
      </w:r>
    </w:p>
    <w:p w14:paraId="45C1C675" w14:textId="77777777" w:rsidR="00325C23" w:rsidRDefault="001A402E" w:rsidP="00B30C00">
      <w:pPr>
        <w:spacing w:after="60"/>
        <w:ind w:left="1134" w:hanging="57"/>
      </w:pPr>
      <w:r>
        <w:t>• Resumo: 200 a 250 palavras, excluídos título, autoria, afiliações, palavras-chave, referências e informações complementares.</w:t>
      </w:r>
    </w:p>
    <w:p w14:paraId="35E74242" w14:textId="77777777" w:rsidR="00325C23" w:rsidRDefault="001A402E" w:rsidP="00B30C00">
      <w:pPr>
        <w:spacing w:after="60"/>
        <w:ind w:left="1134" w:hanging="57"/>
      </w:pPr>
      <w:r>
        <w:t>• Título: centralizado, negrito, letras maiúsculas, até duas linhas, exc</w:t>
      </w:r>
      <w:r>
        <w:t>eto nomes científicos.</w:t>
      </w:r>
    </w:p>
    <w:p w14:paraId="03E5A9F5" w14:textId="77777777" w:rsidR="00325C23" w:rsidRDefault="001A402E" w:rsidP="00B30C00">
      <w:pPr>
        <w:spacing w:after="60"/>
        <w:ind w:left="1134" w:hanging="57"/>
      </w:pPr>
      <w:r>
        <w:t>• Autor apresentador: nome completo sublinhado; autores numerados e afiliações identificadas.</w:t>
      </w:r>
    </w:p>
    <w:p w14:paraId="1CB5D686" w14:textId="77777777" w:rsidR="00325C23" w:rsidRDefault="001A402E" w:rsidP="00B30C00">
      <w:pPr>
        <w:spacing w:after="60"/>
        <w:ind w:left="1134" w:hanging="57"/>
      </w:pPr>
      <w:r>
        <w:t>• Resumo em texto contínuo, sem parágrafos, colunas ou tópicos.</w:t>
      </w:r>
    </w:p>
    <w:p w14:paraId="06F3A734" w14:textId="77777777" w:rsidR="00325C23" w:rsidRDefault="001A402E" w:rsidP="00B30C00">
      <w:pPr>
        <w:spacing w:after="60"/>
        <w:ind w:left="1134" w:hanging="57"/>
      </w:pPr>
      <w:r>
        <w:t xml:space="preserve">• Palavras-chave: 3 a 6, separadas por ponto e vírgula; </w:t>
      </w:r>
      <w:r>
        <w:t>recomenda-se DeCS.</w:t>
      </w:r>
    </w:p>
    <w:p w14:paraId="4C62252C" w14:textId="77777777" w:rsidR="00325C23" w:rsidRDefault="001A402E" w:rsidP="00B30C00">
      <w:pPr>
        <w:spacing w:after="60"/>
        <w:ind w:left="1134" w:hanging="57"/>
      </w:pPr>
      <w:r>
        <w:t>• Citações e referências: máximo de 5 referências, padrão Vancouver.</w:t>
      </w:r>
    </w:p>
    <w:p w14:paraId="6C38D40F" w14:textId="77777777" w:rsidR="00325C23" w:rsidRDefault="001A402E" w:rsidP="00B30C00">
      <w:pPr>
        <w:spacing w:after="60"/>
        <w:ind w:left="1134" w:hanging="57"/>
      </w:pPr>
      <w:r>
        <w:t>• Abreviaturas: identificar por extenso na primeira ocorrência.</w:t>
      </w:r>
    </w:p>
    <w:sectPr w:rsidR="00325C23" w:rsidSect="00B30C00">
      <w:headerReference w:type="default" r:id="rId8"/>
      <w:footerReference w:type="default" r:id="rId9"/>
      <w:pgSz w:w="11906" w:h="16838"/>
      <w:pgMar w:top="3231" w:right="566" w:bottom="1531" w:left="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ABF2F" w14:textId="77777777" w:rsidR="001A402E" w:rsidRDefault="001A402E">
      <w:pPr>
        <w:spacing w:after="0" w:line="240" w:lineRule="auto"/>
      </w:pPr>
      <w:r>
        <w:separator/>
      </w:r>
    </w:p>
  </w:endnote>
  <w:endnote w:type="continuationSeparator" w:id="0">
    <w:p w14:paraId="3027E8D3" w14:textId="77777777" w:rsidR="001A402E" w:rsidRDefault="001A4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7785" w14:textId="77777777" w:rsidR="00325C23" w:rsidRDefault="001A402E">
    <w:pPr>
      <w:pStyle w:val="Rodap"/>
      <w:jc w:val="center"/>
    </w:pPr>
    <w:r>
      <w:rPr>
        <w:noProof/>
      </w:rPr>
      <w:drawing>
        <wp:inline distT="0" distB="0" distL="0" distR="0" wp14:anchorId="6223A68E" wp14:editId="6FB87EC5">
          <wp:extent cx="7829550" cy="1229995"/>
          <wp:effectExtent l="0" t="0" r="0" b="8255"/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es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33121" cy="1230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0ED65" w14:textId="77777777" w:rsidR="001A402E" w:rsidRDefault="001A402E">
      <w:pPr>
        <w:spacing w:after="0" w:line="240" w:lineRule="auto"/>
      </w:pPr>
      <w:r>
        <w:separator/>
      </w:r>
    </w:p>
  </w:footnote>
  <w:footnote w:type="continuationSeparator" w:id="0">
    <w:p w14:paraId="455FBE8F" w14:textId="77777777" w:rsidR="001A402E" w:rsidRDefault="001A4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861E" w14:textId="77777777" w:rsidR="00325C23" w:rsidRDefault="001A402E">
    <w:pPr>
      <w:pStyle w:val="Cabealho"/>
      <w:jc w:val="center"/>
    </w:pPr>
    <w:r>
      <w:rPr>
        <w:noProof/>
      </w:rPr>
      <w:drawing>
        <wp:inline distT="0" distB="0" distL="0" distR="0" wp14:anchorId="37F29EFA" wp14:editId="71C9B4A2">
          <wp:extent cx="7560000" cy="2296632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es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296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402E"/>
    <w:rsid w:val="0029639D"/>
    <w:rsid w:val="00325C23"/>
    <w:rsid w:val="00326F90"/>
    <w:rsid w:val="00AA1D8D"/>
    <w:rsid w:val="00B30C00"/>
    <w:rsid w:val="00B47730"/>
    <w:rsid w:val="00CB0664"/>
    <w:rsid w:val="00F60A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02099"/>
  <w14:defaultImageDpi w14:val="300"/>
  <w15:docId w15:val="{314C60C7-30F0-4B3D-947B-CFF70D73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Lucia Cunha</dc:creator>
  <cp:keywords/>
  <dc:description>generated by python-docx</dc:description>
  <cp:lastModifiedBy>Ana</cp:lastModifiedBy>
  <cp:revision>2</cp:revision>
  <dcterms:created xsi:type="dcterms:W3CDTF">2026-09-28T16:05:00Z</dcterms:created>
  <dcterms:modified xsi:type="dcterms:W3CDTF">2026-09-28T16:05:00Z</dcterms:modified>
  <cp:category/>
</cp:coreProperties>
</file>